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Title Page and Author Declaration Form</w:t>
      </w:r>
    </w:p>
    <w:p>
      <w:r>
        <w:rPr>
          <w:b w:val="0"/>
          <w:i w:val="0"/>
          <w:sz w:val="20"/>
        </w:rPr>
        <w:t>This form is uploaded with the submission as a file separate from the main text and is not sent to reviewers. If the article is accepted, the statements are added at the end of the article and the ethics approval information also on its first page.</w:t>
      </w:r>
    </w:p>
    <w:p>
      <w:pPr>
        <w:pStyle w:val="Heading2"/>
      </w:pPr>
      <w:r>
        <w:t>1. Article information</w:t>
      </w:r>
    </w:p>
    <w:tbl>
      <w:tblPr>
        <w:tblStyle w:val="TableGrid"/>
        <w:tblW w:type="auto" w:w="0"/>
        <w:tblLook w:firstColumn="1" w:firstRow="1" w:lastColumn="0" w:lastRow="0" w:noHBand="0" w:noVBand="1" w:val="04A0"/>
      </w:tblPr>
      <w:tblGrid>
        <w:gridCol w:w="4536"/>
        <w:gridCol w:w="4536"/>
      </w:tblGrid>
      <w:tr>
        <w:tc>
          <w:tcPr>
            <w:tcW w:type="dxa" w:w="3402"/>
          </w:tcPr>
          <w:p>
            <w:pPr>
              <w:spacing w:after="40"/>
            </w:pPr>
            <w:r>
              <w:rPr>
                <w:sz w:val="20"/>
              </w:rPr>
              <w:t>English title</w:t>
            </w:r>
          </w:p>
        </w:tc>
        <w:tc>
          <w:tcPr>
            <w:tcW w:type="dxa" w:w="5669"/>
          </w:tcPr>
          <w:p>
            <w:pPr>
              <w:spacing w:after="40"/>
            </w:pPr>
            <w:r>
              <w:rPr>
                <w:sz w:val="20"/>
              </w:rPr>
            </w:r>
          </w:p>
        </w:tc>
      </w:tr>
      <w:tr>
        <w:tc>
          <w:tcPr>
            <w:tcW w:type="dxa" w:w="3402"/>
          </w:tcPr>
          <w:p>
            <w:pPr>
              <w:spacing w:after="40"/>
            </w:pPr>
            <w:r>
              <w:rPr>
                <w:sz w:val="20"/>
              </w:rPr>
              <w:t>Turkish title</w:t>
            </w:r>
          </w:p>
        </w:tc>
        <w:tc>
          <w:tcPr>
            <w:tcW w:type="dxa" w:w="5669"/>
          </w:tcPr>
          <w:p>
            <w:pPr>
              <w:spacing w:after="40"/>
            </w:pPr>
            <w:r>
              <w:rPr>
                <w:sz w:val="20"/>
              </w:rPr>
            </w:r>
          </w:p>
        </w:tc>
      </w:tr>
      <w:tr>
        <w:tc>
          <w:tcPr>
            <w:tcW w:type="dxa" w:w="3402"/>
          </w:tcPr>
          <w:p>
            <w:pPr>
              <w:spacing w:after="40"/>
            </w:pPr>
            <w:r>
              <w:rPr>
                <w:sz w:val="20"/>
              </w:rPr>
              <w:t>Article type</w:t>
            </w:r>
          </w:p>
        </w:tc>
        <w:tc>
          <w:tcPr>
            <w:tcW w:type="dxa" w:w="5669"/>
          </w:tcPr>
          <w:p>
            <w:pPr>
              <w:spacing w:after="40"/>
            </w:pPr>
            <w:r>
              <w:rPr>
                <w:sz w:val="20"/>
              </w:rPr>
              <w:t>Research article / Review article / Case report / Book review / Interview / Letter to the editor</w:t>
            </w:r>
          </w:p>
        </w:tc>
      </w:tr>
      <w:tr>
        <w:tc>
          <w:tcPr>
            <w:tcW w:type="dxa" w:w="3402"/>
          </w:tcPr>
          <w:p>
            <w:pPr>
              <w:spacing w:after="40"/>
            </w:pPr>
            <w:r>
              <w:rPr>
                <w:sz w:val="20"/>
              </w:rPr>
              <w:t>Word count (excluding abstract and references)</w:t>
            </w:r>
          </w:p>
        </w:tc>
        <w:tc>
          <w:tcPr>
            <w:tcW w:type="dxa" w:w="5669"/>
          </w:tcPr>
          <w:p>
            <w:pPr>
              <w:spacing w:after="40"/>
            </w:pPr>
            <w:r>
              <w:rPr>
                <w:sz w:val="20"/>
              </w:rPr>
            </w:r>
          </w:p>
        </w:tc>
      </w:tr>
      <w:tr>
        <w:tc>
          <w:tcPr>
            <w:tcW w:type="dxa" w:w="3402"/>
          </w:tcPr>
          <w:p>
            <w:pPr>
              <w:spacing w:after="40"/>
            </w:pPr>
            <w:r>
              <w:rPr>
                <w:sz w:val="20"/>
              </w:rPr>
              <w:t>If based on a thesis, details of the thesis</w:t>
            </w:r>
          </w:p>
        </w:tc>
        <w:tc>
          <w:tcPr>
            <w:tcW w:type="dxa" w:w="5669"/>
          </w:tcPr>
          <w:p>
            <w:pPr>
              <w:spacing w:after="40"/>
            </w:pPr>
            <w:r>
              <w:rPr>
                <w:sz w:val="20"/>
              </w:rPr>
            </w:r>
          </w:p>
        </w:tc>
      </w:tr>
      <w:tr>
        <w:tc>
          <w:tcPr>
            <w:tcW w:type="dxa" w:w="3402"/>
          </w:tcPr>
          <w:p>
            <w:pPr>
              <w:spacing w:after="40"/>
            </w:pPr>
            <w:r>
              <w:rPr>
                <w:sz w:val="20"/>
              </w:rPr>
              <w:t>If presented at a scholarly meeting, its name, place and date</w:t>
            </w:r>
          </w:p>
        </w:tc>
        <w:tc>
          <w:tcPr>
            <w:tcW w:type="dxa" w:w="5669"/>
          </w:tcPr>
          <w:p>
            <w:pPr>
              <w:spacing w:after="40"/>
            </w:pPr>
            <w:r>
              <w:rPr>
                <w:sz w:val="20"/>
              </w:rPr>
            </w:r>
          </w:p>
        </w:tc>
      </w:tr>
    </w:tbl>
    <w:p/>
    <w:p>
      <w:pPr>
        <w:pStyle w:val="Heading2"/>
      </w:pPr>
      <w:r>
        <w:t>2. Authors</w:t>
      </w:r>
    </w:p>
    <w:tbl>
      <w:tblPr>
        <w:tblStyle w:val="TableGrid"/>
        <w:tblW w:type="auto" w:w="0"/>
        <w:tblLook w:firstColumn="1" w:firstRow="1" w:lastColumn="0" w:lastRow="0" w:noHBand="0" w:noVBand="1" w:val="04A0"/>
      </w:tblPr>
      <w:tblGrid>
        <w:gridCol w:w="1512"/>
        <w:gridCol w:w="1512"/>
        <w:gridCol w:w="1512"/>
        <w:gridCol w:w="1512"/>
        <w:gridCol w:w="1512"/>
        <w:gridCol w:w="1512"/>
      </w:tblGrid>
      <w:tr>
        <w:tc>
          <w:tcPr>
            <w:tcW w:type="dxa" w:w="567"/>
          </w:tcPr>
          <w:p>
            <w:pPr>
              <w:spacing w:after="40"/>
            </w:pPr>
            <w:r>
              <w:rPr>
                <w:b/>
                <w:sz w:val="20"/>
              </w:rPr>
              <w:t>No.</w:t>
            </w:r>
          </w:p>
        </w:tc>
        <w:tc>
          <w:tcPr>
            <w:tcW w:type="dxa" w:w="1701"/>
          </w:tcPr>
          <w:p>
            <w:pPr>
              <w:spacing w:after="40"/>
            </w:pPr>
            <w:r>
              <w:rPr>
                <w:b/>
                <w:sz w:val="20"/>
              </w:rPr>
              <w:t>Name</w:t>
            </w:r>
          </w:p>
        </w:tc>
        <w:tc>
          <w:tcPr>
            <w:tcW w:type="dxa" w:w="1134"/>
          </w:tcPr>
          <w:p>
            <w:pPr>
              <w:spacing w:after="40"/>
            </w:pPr>
            <w:r>
              <w:rPr>
                <w:b/>
                <w:sz w:val="20"/>
              </w:rPr>
              <w:t>Title</w:t>
            </w:r>
          </w:p>
        </w:tc>
        <w:tc>
          <w:tcPr>
            <w:tcW w:type="dxa" w:w="2835"/>
          </w:tcPr>
          <w:p>
            <w:pPr>
              <w:spacing w:after="40"/>
            </w:pPr>
            <w:r>
              <w:rPr>
                <w:b/>
                <w:sz w:val="20"/>
              </w:rPr>
              <w:t>Affiliation (Institution, Faculty/Department, City, Country)</w:t>
            </w:r>
          </w:p>
        </w:tc>
        <w:tc>
          <w:tcPr>
            <w:tcW w:type="dxa" w:w="1701"/>
          </w:tcPr>
          <w:p>
            <w:pPr>
              <w:spacing w:after="40"/>
            </w:pPr>
            <w:r>
              <w:rPr>
                <w:b/>
                <w:sz w:val="20"/>
              </w:rPr>
              <w:t>Email</w:t>
            </w:r>
          </w:p>
        </w:tc>
        <w:tc>
          <w:tcPr>
            <w:tcW w:type="dxa" w:w="1701"/>
          </w:tcPr>
          <w:p>
            <w:pPr>
              <w:spacing w:after="40"/>
            </w:pPr>
            <w:r>
              <w:rPr>
                <w:b/>
                <w:sz w:val="20"/>
              </w:rPr>
              <w:t>ORCID</w:t>
            </w:r>
          </w:p>
        </w:tc>
      </w:tr>
      <w:tr>
        <w:tc>
          <w:tcPr>
            <w:tcW w:type="dxa" w:w="567"/>
          </w:tcPr>
          <w:p>
            <w:pPr>
              <w:spacing w:after="40"/>
            </w:pPr>
            <w:r>
              <w:rPr>
                <w:sz w:val="20"/>
              </w:rPr>
              <w:t>1</w:t>
            </w:r>
          </w:p>
        </w:tc>
        <w:tc>
          <w:tcPr>
            <w:tcW w:type="dxa" w:w="1701"/>
          </w:tcPr>
          <w:p>
            <w:pPr>
              <w:spacing w:after="40"/>
            </w:pPr>
            <w:r>
              <w:rPr>
                <w:sz w:val="20"/>
              </w:rPr>
            </w:r>
          </w:p>
        </w:tc>
        <w:tc>
          <w:tcPr>
            <w:tcW w:type="dxa" w:w="1134"/>
          </w:tcPr>
          <w:p>
            <w:pPr>
              <w:spacing w:after="40"/>
            </w:pPr>
            <w:r>
              <w:rPr>
                <w:sz w:val="20"/>
              </w:rPr>
            </w:r>
          </w:p>
        </w:tc>
        <w:tc>
          <w:tcPr>
            <w:tcW w:type="dxa" w:w="2835"/>
          </w:tcPr>
          <w:p>
            <w:pPr>
              <w:spacing w:after="40"/>
            </w:pPr>
            <w:r>
              <w:rPr>
                <w:sz w:val="20"/>
              </w:rPr>
            </w:r>
          </w:p>
        </w:tc>
        <w:tc>
          <w:tcPr>
            <w:tcW w:type="dxa" w:w="1701"/>
          </w:tcPr>
          <w:p>
            <w:pPr>
              <w:spacing w:after="40"/>
            </w:pPr>
            <w:r>
              <w:rPr>
                <w:sz w:val="20"/>
              </w:rPr>
            </w:r>
          </w:p>
        </w:tc>
        <w:tc>
          <w:tcPr>
            <w:tcW w:type="dxa" w:w="1701"/>
          </w:tcPr>
          <w:p>
            <w:pPr>
              <w:spacing w:after="40"/>
            </w:pPr>
            <w:r>
              <w:rPr>
                <w:sz w:val="20"/>
              </w:rPr>
            </w:r>
          </w:p>
        </w:tc>
      </w:tr>
      <w:tr>
        <w:tc>
          <w:tcPr>
            <w:tcW w:type="dxa" w:w="567"/>
          </w:tcPr>
          <w:p>
            <w:pPr>
              <w:spacing w:after="40"/>
            </w:pPr>
            <w:r>
              <w:rPr>
                <w:sz w:val="20"/>
              </w:rPr>
              <w:t>2</w:t>
            </w:r>
          </w:p>
        </w:tc>
        <w:tc>
          <w:tcPr>
            <w:tcW w:type="dxa" w:w="1701"/>
          </w:tcPr>
          <w:p>
            <w:pPr>
              <w:spacing w:after="40"/>
            </w:pPr>
            <w:r>
              <w:rPr>
                <w:sz w:val="20"/>
              </w:rPr>
            </w:r>
          </w:p>
        </w:tc>
        <w:tc>
          <w:tcPr>
            <w:tcW w:type="dxa" w:w="1134"/>
          </w:tcPr>
          <w:p>
            <w:pPr>
              <w:spacing w:after="40"/>
            </w:pPr>
            <w:r>
              <w:rPr>
                <w:sz w:val="20"/>
              </w:rPr>
            </w:r>
          </w:p>
        </w:tc>
        <w:tc>
          <w:tcPr>
            <w:tcW w:type="dxa" w:w="2835"/>
          </w:tcPr>
          <w:p>
            <w:pPr>
              <w:spacing w:after="40"/>
            </w:pPr>
            <w:r>
              <w:rPr>
                <w:sz w:val="20"/>
              </w:rPr>
            </w:r>
          </w:p>
        </w:tc>
        <w:tc>
          <w:tcPr>
            <w:tcW w:type="dxa" w:w="1701"/>
          </w:tcPr>
          <w:p>
            <w:pPr>
              <w:spacing w:after="40"/>
            </w:pPr>
            <w:r>
              <w:rPr>
                <w:sz w:val="20"/>
              </w:rPr>
            </w:r>
          </w:p>
        </w:tc>
        <w:tc>
          <w:tcPr>
            <w:tcW w:type="dxa" w:w="1701"/>
          </w:tcPr>
          <w:p>
            <w:pPr>
              <w:spacing w:after="40"/>
            </w:pPr>
            <w:r>
              <w:rPr>
                <w:sz w:val="20"/>
              </w:rPr>
            </w:r>
          </w:p>
        </w:tc>
      </w:tr>
      <w:tr>
        <w:tc>
          <w:tcPr>
            <w:tcW w:type="dxa" w:w="567"/>
          </w:tcPr>
          <w:p>
            <w:pPr>
              <w:spacing w:after="40"/>
            </w:pPr>
            <w:r>
              <w:rPr>
                <w:sz w:val="20"/>
              </w:rPr>
              <w:t>3</w:t>
            </w:r>
          </w:p>
        </w:tc>
        <w:tc>
          <w:tcPr>
            <w:tcW w:type="dxa" w:w="1701"/>
          </w:tcPr>
          <w:p>
            <w:pPr>
              <w:spacing w:after="40"/>
            </w:pPr>
            <w:r>
              <w:rPr>
                <w:sz w:val="20"/>
              </w:rPr>
            </w:r>
          </w:p>
        </w:tc>
        <w:tc>
          <w:tcPr>
            <w:tcW w:type="dxa" w:w="1134"/>
          </w:tcPr>
          <w:p>
            <w:pPr>
              <w:spacing w:after="40"/>
            </w:pPr>
            <w:r>
              <w:rPr>
                <w:sz w:val="20"/>
              </w:rPr>
            </w:r>
          </w:p>
        </w:tc>
        <w:tc>
          <w:tcPr>
            <w:tcW w:type="dxa" w:w="2835"/>
          </w:tcPr>
          <w:p>
            <w:pPr>
              <w:spacing w:after="40"/>
            </w:pPr>
            <w:r>
              <w:rPr>
                <w:sz w:val="20"/>
              </w:rPr>
            </w:r>
          </w:p>
        </w:tc>
        <w:tc>
          <w:tcPr>
            <w:tcW w:type="dxa" w:w="1701"/>
          </w:tcPr>
          <w:p>
            <w:pPr>
              <w:spacing w:after="40"/>
            </w:pPr>
            <w:r>
              <w:rPr>
                <w:sz w:val="20"/>
              </w:rPr>
            </w:r>
          </w:p>
        </w:tc>
        <w:tc>
          <w:tcPr>
            <w:tcW w:type="dxa" w:w="1701"/>
          </w:tcPr>
          <w:p>
            <w:pPr>
              <w:spacing w:after="40"/>
            </w:pPr>
            <w:r>
              <w:rPr>
                <w:sz w:val="20"/>
              </w:rPr>
            </w:r>
          </w:p>
        </w:tc>
      </w:tr>
      <w:tr>
        <w:tc>
          <w:tcPr>
            <w:tcW w:type="dxa" w:w="567"/>
          </w:tcPr>
          <w:p>
            <w:pPr>
              <w:spacing w:after="40"/>
            </w:pPr>
            <w:r>
              <w:rPr>
                <w:sz w:val="20"/>
              </w:rPr>
              <w:t>4</w:t>
            </w:r>
          </w:p>
        </w:tc>
        <w:tc>
          <w:tcPr>
            <w:tcW w:type="dxa" w:w="1701"/>
          </w:tcPr>
          <w:p>
            <w:pPr>
              <w:spacing w:after="40"/>
            </w:pPr>
            <w:r>
              <w:rPr>
                <w:sz w:val="20"/>
              </w:rPr>
            </w:r>
          </w:p>
        </w:tc>
        <w:tc>
          <w:tcPr>
            <w:tcW w:type="dxa" w:w="1134"/>
          </w:tcPr>
          <w:p>
            <w:pPr>
              <w:spacing w:after="40"/>
            </w:pPr>
            <w:r>
              <w:rPr>
                <w:sz w:val="20"/>
              </w:rPr>
            </w:r>
          </w:p>
        </w:tc>
        <w:tc>
          <w:tcPr>
            <w:tcW w:type="dxa" w:w="2835"/>
          </w:tcPr>
          <w:p>
            <w:pPr>
              <w:spacing w:after="40"/>
            </w:pPr>
            <w:r>
              <w:rPr>
                <w:sz w:val="20"/>
              </w:rPr>
            </w:r>
          </w:p>
        </w:tc>
        <w:tc>
          <w:tcPr>
            <w:tcW w:type="dxa" w:w="1701"/>
          </w:tcPr>
          <w:p>
            <w:pPr>
              <w:spacing w:after="40"/>
            </w:pPr>
            <w:r>
              <w:rPr>
                <w:sz w:val="20"/>
              </w:rPr>
            </w:r>
          </w:p>
        </w:tc>
        <w:tc>
          <w:tcPr>
            <w:tcW w:type="dxa" w:w="1701"/>
          </w:tcPr>
          <w:p>
            <w:pPr>
              <w:spacing w:after="40"/>
            </w:pPr>
            <w:r>
              <w:rPr>
                <w:sz w:val="20"/>
              </w:rPr>
            </w:r>
          </w:p>
        </w:tc>
      </w:tr>
      <w:tr>
        <w:tc>
          <w:tcPr>
            <w:tcW w:type="dxa" w:w="567"/>
          </w:tcPr>
          <w:p>
            <w:pPr>
              <w:spacing w:after="40"/>
            </w:pPr>
            <w:r>
              <w:rPr>
                <w:sz w:val="20"/>
              </w:rPr>
              <w:t>5</w:t>
            </w:r>
          </w:p>
        </w:tc>
        <w:tc>
          <w:tcPr>
            <w:tcW w:type="dxa" w:w="1701"/>
          </w:tcPr>
          <w:p>
            <w:pPr>
              <w:spacing w:after="40"/>
            </w:pPr>
            <w:r>
              <w:rPr>
                <w:sz w:val="20"/>
              </w:rPr>
            </w:r>
          </w:p>
        </w:tc>
        <w:tc>
          <w:tcPr>
            <w:tcW w:type="dxa" w:w="1134"/>
          </w:tcPr>
          <w:p>
            <w:pPr>
              <w:spacing w:after="40"/>
            </w:pPr>
            <w:r>
              <w:rPr>
                <w:sz w:val="20"/>
              </w:rPr>
            </w:r>
          </w:p>
        </w:tc>
        <w:tc>
          <w:tcPr>
            <w:tcW w:type="dxa" w:w="2835"/>
          </w:tcPr>
          <w:p>
            <w:pPr>
              <w:spacing w:after="40"/>
            </w:pPr>
            <w:r>
              <w:rPr>
                <w:sz w:val="20"/>
              </w:rPr>
            </w:r>
          </w:p>
        </w:tc>
        <w:tc>
          <w:tcPr>
            <w:tcW w:type="dxa" w:w="1701"/>
          </w:tcPr>
          <w:p>
            <w:pPr>
              <w:spacing w:after="40"/>
            </w:pPr>
            <w:r>
              <w:rPr>
                <w:sz w:val="20"/>
              </w:rPr>
            </w:r>
          </w:p>
        </w:tc>
        <w:tc>
          <w:tcPr>
            <w:tcW w:type="dxa" w:w="1701"/>
          </w:tcPr>
          <w:p>
            <w:pPr>
              <w:spacing w:after="40"/>
            </w:pPr>
            <w:r>
              <w:rPr>
                <w:sz w:val="20"/>
              </w:rPr>
            </w:r>
          </w:p>
        </w:tc>
      </w:tr>
    </w:tbl>
    <w:p/>
    <w:p>
      <w:r>
        <w:rPr>
          <w:b w:val="0"/>
          <w:i w:val="0"/>
        </w:rPr>
        <w:t>Corresponding author: ................................................................</w:t>
      </w:r>
    </w:p>
    <w:p>
      <w:pPr>
        <w:pStyle w:val="Heading2"/>
      </w:pPr>
      <w:r>
        <w:t>3. Ethics approval and permissions</w:t>
      </w:r>
    </w:p>
    <w:tbl>
      <w:tblPr>
        <w:tblStyle w:val="TableGrid"/>
        <w:tblW w:type="auto" w:w="0"/>
        <w:tblLook w:firstColumn="1" w:firstRow="1" w:lastColumn="0" w:lastRow="0" w:noHBand="0" w:noVBand="1" w:val="04A0"/>
      </w:tblPr>
      <w:tblGrid>
        <w:gridCol w:w="4536"/>
        <w:gridCol w:w="4536"/>
      </w:tblGrid>
      <w:tr>
        <w:tc>
          <w:tcPr>
            <w:tcW w:type="dxa" w:w="3969"/>
          </w:tcPr>
          <w:p>
            <w:pPr>
              <w:spacing w:after="40"/>
            </w:pPr>
            <w:r>
              <w:rPr>
                <w:sz w:val="20"/>
              </w:rPr>
              <w:t>Name of the ethics committee</w:t>
            </w:r>
          </w:p>
        </w:tc>
        <w:tc>
          <w:tcPr>
            <w:tcW w:type="dxa" w:w="5102"/>
          </w:tcPr>
          <w:p>
            <w:pPr>
              <w:spacing w:after="40"/>
            </w:pPr>
            <w:r>
              <w:rPr>
                <w:sz w:val="20"/>
              </w:rPr>
            </w:r>
          </w:p>
        </w:tc>
      </w:tr>
      <w:tr>
        <w:tc>
          <w:tcPr>
            <w:tcW w:type="dxa" w:w="3969"/>
          </w:tcPr>
          <w:p>
            <w:pPr>
              <w:spacing w:after="40"/>
            </w:pPr>
            <w:r>
              <w:rPr>
                <w:sz w:val="20"/>
              </w:rPr>
              <w:t>Date of decision</w:t>
            </w:r>
          </w:p>
        </w:tc>
        <w:tc>
          <w:tcPr>
            <w:tcW w:type="dxa" w:w="5102"/>
          </w:tcPr>
          <w:p>
            <w:pPr>
              <w:spacing w:after="40"/>
            </w:pPr>
            <w:r>
              <w:rPr>
                <w:sz w:val="20"/>
              </w:rPr>
            </w:r>
          </w:p>
        </w:tc>
      </w:tr>
      <w:tr>
        <w:tc>
          <w:tcPr>
            <w:tcW w:type="dxa" w:w="3969"/>
          </w:tcPr>
          <w:p>
            <w:pPr>
              <w:spacing w:after="40"/>
            </w:pPr>
            <w:r>
              <w:rPr>
                <w:sz w:val="20"/>
              </w:rPr>
              <w:t>Decision number</w:t>
            </w:r>
          </w:p>
        </w:tc>
        <w:tc>
          <w:tcPr>
            <w:tcW w:type="dxa" w:w="5102"/>
          </w:tcPr>
          <w:p>
            <w:pPr>
              <w:spacing w:after="40"/>
            </w:pPr>
            <w:r>
              <w:rPr>
                <w:sz w:val="20"/>
              </w:rPr>
            </w:r>
          </w:p>
        </w:tc>
      </w:tr>
      <w:tr>
        <w:tc>
          <w:tcPr>
            <w:tcW w:type="dxa" w:w="3969"/>
          </w:tcPr>
          <w:p>
            <w:pPr>
              <w:spacing w:after="40"/>
            </w:pPr>
            <w:r>
              <w:rPr>
                <w:sz w:val="20"/>
              </w:rPr>
              <w:t>If ethics approval was not required, the reason</w:t>
            </w:r>
          </w:p>
        </w:tc>
        <w:tc>
          <w:tcPr>
            <w:tcW w:type="dxa" w:w="5102"/>
          </w:tcPr>
          <w:p>
            <w:pPr>
              <w:spacing w:after="40"/>
            </w:pPr>
            <w:r>
              <w:rPr>
                <w:sz w:val="20"/>
              </w:rPr>
            </w:r>
          </w:p>
        </w:tc>
      </w:tr>
      <w:tr>
        <w:tc>
          <w:tcPr>
            <w:tcW w:type="dxa" w:w="3969"/>
          </w:tcPr>
          <w:p>
            <w:pPr>
              <w:spacing w:after="40"/>
            </w:pPr>
            <w:r>
              <w:rPr>
                <w:sz w:val="20"/>
              </w:rPr>
              <w:t>Informed consent (how it was obtained; parental consent for participants under 18)</w:t>
            </w:r>
          </w:p>
        </w:tc>
        <w:tc>
          <w:tcPr>
            <w:tcW w:type="dxa" w:w="5102"/>
          </w:tcPr>
          <w:p>
            <w:pPr>
              <w:spacing w:after="40"/>
            </w:pPr>
            <w:r>
              <w:rPr>
                <w:sz w:val="20"/>
              </w:rPr>
            </w:r>
          </w:p>
        </w:tc>
      </w:tr>
      <w:tr>
        <w:tc>
          <w:tcPr>
            <w:tcW w:type="dxa" w:w="3969"/>
          </w:tcPr>
          <w:p>
            <w:pPr>
              <w:spacing w:after="40"/>
            </w:pPr>
            <w:r>
              <w:rPr>
                <w:sz w:val="20"/>
              </w:rPr>
              <w:t>Institutional permission (e.g., ministry, hospital, workplace)</w:t>
            </w:r>
          </w:p>
        </w:tc>
        <w:tc>
          <w:tcPr>
            <w:tcW w:type="dxa" w:w="5102"/>
          </w:tcPr>
          <w:p>
            <w:pPr>
              <w:spacing w:after="40"/>
            </w:pPr>
            <w:r>
              <w:rPr>
                <w:sz w:val="20"/>
              </w:rPr>
            </w:r>
          </w:p>
        </w:tc>
      </w:tr>
      <w:tr>
        <w:tc>
          <w:tcPr>
            <w:tcW w:type="dxa" w:w="3969"/>
          </w:tcPr>
          <w:p>
            <w:pPr>
              <w:spacing w:after="40"/>
            </w:pPr>
            <w:r>
              <w:rPr>
                <w:sz w:val="20"/>
              </w:rPr>
              <w:t>Permissions for scales and materials owned by others</w:t>
            </w:r>
          </w:p>
        </w:tc>
        <w:tc>
          <w:tcPr>
            <w:tcW w:type="dxa" w:w="5102"/>
          </w:tcPr>
          <w:p>
            <w:pPr>
              <w:spacing w:after="40"/>
            </w:pPr>
            <w:r>
              <w:rPr>
                <w:sz w:val="20"/>
              </w:rPr>
            </w:r>
          </w:p>
        </w:tc>
      </w:tr>
    </w:tbl>
    <w:p/>
    <w:p>
      <w:pPr>
        <w:pStyle w:val="Heading2"/>
      </w:pPr>
      <w:r>
        <w:t>4. Author contributions (CRediT)</w:t>
      </w:r>
    </w:p>
    <w:tbl>
      <w:tblPr>
        <w:tblStyle w:val="TableGrid"/>
        <w:tblW w:type="auto" w:w="0"/>
        <w:tblLook w:firstColumn="1" w:firstRow="1" w:lastColumn="0" w:lastRow="0" w:noHBand="0" w:noVBand="1" w:val="04A0"/>
      </w:tblPr>
      <w:tblGrid>
        <w:gridCol w:w="4536"/>
        <w:gridCol w:w="4536"/>
      </w:tblGrid>
      <w:tr>
        <w:tc>
          <w:tcPr>
            <w:tcW w:type="dxa" w:w="3969"/>
          </w:tcPr>
          <w:p>
            <w:pPr>
              <w:spacing w:after="40"/>
            </w:pPr>
            <w:r>
              <w:rPr>
                <w:b/>
                <w:sz w:val="20"/>
              </w:rPr>
              <w:t>Contribution role</w:t>
            </w:r>
          </w:p>
        </w:tc>
        <w:tc>
          <w:tcPr>
            <w:tcW w:type="dxa" w:w="5102"/>
          </w:tcPr>
          <w:p>
            <w:pPr>
              <w:spacing w:after="40"/>
            </w:pPr>
            <w:r>
              <w:rPr>
                <w:b/>
                <w:sz w:val="20"/>
              </w:rPr>
              <w:t>Author(s)</w:t>
            </w:r>
          </w:p>
        </w:tc>
      </w:tr>
      <w:tr>
        <w:tc>
          <w:tcPr>
            <w:tcW w:type="dxa" w:w="3969"/>
          </w:tcPr>
          <w:p>
            <w:pPr>
              <w:spacing w:after="40"/>
            </w:pPr>
            <w:r>
              <w:rPr>
                <w:sz w:val="20"/>
              </w:rPr>
              <w:t>Conceptualization</w:t>
            </w:r>
          </w:p>
        </w:tc>
        <w:tc>
          <w:tcPr>
            <w:tcW w:type="dxa" w:w="5102"/>
          </w:tcPr>
          <w:p>
            <w:pPr>
              <w:spacing w:after="40"/>
            </w:pPr>
            <w:r>
              <w:rPr>
                <w:sz w:val="20"/>
              </w:rPr>
            </w:r>
          </w:p>
        </w:tc>
      </w:tr>
      <w:tr>
        <w:tc>
          <w:tcPr>
            <w:tcW w:type="dxa" w:w="3969"/>
          </w:tcPr>
          <w:p>
            <w:pPr>
              <w:spacing w:after="40"/>
            </w:pPr>
            <w:r>
              <w:rPr>
                <w:sz w:val="20"/>
              </w:rPr>
              <w:t>Data curation</w:t>
            </w:r>
          </w:p>
        </w:tc>
        <w:tc>
          <w:tcPr>
            <w:tcW w:type="dxa" w:w="5102"/>
          </w:tcPr>
          <w:p>
            <w:pPr>
              <w:spacing w:after="40"/>
            </w:pPr>
            <w:r>
              <w:rPr>
                <w:sz w:val="20"/>
              </w:rPr>
            </w:r>
          </w:p>
        </w:tc>
      </w:tr>
      <w:tr>
        <w:tc>
          <w:tcPr>
            <w:tcW w:type="dxa" w:w="3969"/>
          </w:tcPr>
          <w:p>
            <w:pPr>
              <w:spacing w:after="40"/>
            </w:pPr>
            <w:r>
              <w:rPr>
                <w:sz w:val="20"/>
              </w:rPr>
              <w:t>Formal analysis</w:t>
            </w:r>
          </w:p>
        </w:tc>
        <w:tc>
          <w:tcPr>
            <w:tcW w:type="dxa" w:w="5102"/>
          </w:tcPr>
          <w:p>
            <w:pPr>
              <w:spacing w:after="40"/>
            </w:pPr>
            <w:r>
              <w:rPr>
                <w:sz w:val="20"/>
              </w:rPr>
            </w:r>
          </w:p>
        </w:tc>
      </w:tr>
      <w:tr>
        <w:tc>
          <w:tcPr>
            <w:tcW w:type="dxa" w:w="3969"/>
          </w:tcPr>
          <w:p>
            <w:pPr>
              <w:spacing w:after="40"/>
            </w:pPr>
            <w:r>
              <w:rPr>
                <w:sz w:val="20"/>
              </w:rPr>
              <w:t>Funding acquisition</w:t>
            </w:r>
          </w:p>
        </w:tc>
        <w:tc>
          <w:tcPr>
            <w:tcW w:type="dxa" w:w="5102"/>
          </w:tcPr>
          <w:p>
            <w:pPr>
              <w:spacing w:after="40"/>
            </w:pPr>
            <w:r>
              <w:rPr>
                <w:sz w:val="20"/>
              </w:rPr>
            </w:r>
          </w:p>
        </w:tc>
      </w:tr>
      <w:tr>
        <w:tc>
          <w:tcPr>
            <w:tcW w:type="dxa" w:w="3969"/>
          </w:tcPr>
          <w:p>
            <w:pPr>
              <w:spacing w:after="40"/>
            </w:pPr>
            <w:r>
              <w:rPr>
                <w:sz w:val="20"/>
              </w:rPr>
              <w:t>Investigation</w:t>
            </w:r>
          </w:p>
        </w:tc>
        <w:tc>
          <w:tcPr>
            <w:tcW w:type="dxa" w:w="5102"/>
          </w:tcPr>
          <w:p>
            <w:pPr>
              <w:spacing w:after="40"/>
            </w:pPr>
            <w:r>
              <w:rPr>
                <w:sz w:val="20"/>
              </w:rPr>
            </w:r>
          </w:p>
        </w:tc>
      </w:tr>
      <w:tr>
        <w:tc>
          <w:tcPr>
            <w:tcW w:type="dxa" w:w="3969"/>
          </w:tcPr>
          <w:p>
            <w:pPr>
              <w:spacing w:after="40"/>
            </w:pPr>
            <w:r>
              <w:rPr>
                <w:sz w:val="20"/>
              </w:rPr>
              <w:t>Methodology</w:t>
            </w:r>
          </w:p>
        </w:tc>
        <w:tc>
          <w:tcPr>
            <w:tcW w:type="dxa" w:w="5102"/>
          </w:tcPr>
          <w:p>
            <w:pPr>
              <w:spacing w:after="40"/>
            </w:pPr>
            <w:r>
              <w:rPr>
                <w:sz w:val="20"/>
              </w:rPr>
            </w:r>
          </w:p>
        </w:tc>
      </w:tr>
      <w:tr>
        <w:tc>
          <w:tcPr>
            <w:tcW w:type="dxa" w:w="3969"/>
          </w:tcPr>
          <w:p>
            <w:pPr>
              <w:spacing w:after="40"/>
            </w:pPr>
            <w:r>
              <w:rPr>
                <w:sz w:val="20"/>
              </w:rPr>
              <w:t>Project administration</w:t>
            </w:r>
          </w:p>
        </w:tc>
        <w:tc>
          <w:tcPr>
            <w:tcW w:type="dxa" w:w="5102"/>
          </w:tcPr>
          <w:p>
            <w:pPr>
              <w:spacing w:after="40"/>
            </w:pPr>
            <w:r>
              <w:rPr>
                <w:sz w:val="20"/>
              </w:rPr>
            </w:r>
          </w:p>
        </w:tc>
      </w:tr>
      <w:tr>
        <w:tc>
          <w:tcPr>
            <w:tcW w:type="dxa" w:w="3969"/>
          </w:tcPr>
          <w:p>
            <w:pPr>
              <w:spacing w:after="40"/>
            </w:pPr>
            <w:r>
              <w:rPr>
                <w:sz w:val="20"/>
              </w:rPr>
              <w:t>Resources</w:t>
            </w:r>
          </w:p>
        </w:tc>
        <w:tc>
          <w:tcPr>
            <w:tcW w:type="dxa" w:w="5102"/>
          </w:tcPr>
          <w:p>
            <w:pPr>
              <w:spacing w:after="40"/>
            </w:pPr>
            <w:r>
              <w:rPr>
                <w:sz w:val="20"/>
              </w:rPr>
            </w:r>
          </w:p>
        </w:tc>
      </w:tr>
      <w:tr>
        <w:tc>
          <w:tcPr>
            <w:tcW w:type="dxa" w:w="3969"/>
          </w:tcPr>
          <w:p>
            <w:pPr>
              <w:spacing w:after="40"/>
            </w:pPr>
            <w:r>
              <w:rPr>
                <w:sz w:val="20"/>
              </w:rPr>
              <w:t>Software</w:t>
            </w:r>
          </w:p>
        </w:tc>
        <w:tc>
          <w:tcPr>
            <w:tcW w:type="dxa" w:w="5102"/>
          </w:tcPr>
          <w:p>
            <w:pPr>
              <w:spacing w:after="40"/>
            </w:pPr>
            <w:r>
              <w:rPr>
                <w:sz w:val="20"/>
              </w:rPr>
            </w:r>
          </w:p>
        </w:tc>
      </w:tr>
      <w:tr>
        <w:tc>
          <w:tcPr>
            <w:tcW w:type="dxa" w:w="3969"/>
          </w:tcPr>
          <w:p>
            <w:pPr>
              <w:spacing w:after="40"/>
            </w:pPr>
            <w:r>
              <w:rPr>
                <w:sz w:val="20"/>
              </w:rPr>
              <w:t>Supervision</w:t>
            </w:r>
          </w:p>
        </w:tc>
        <w:tc>
          <w:tcPr>
            <w:tcW w:type="dxa" w:w="5102"/>
          </w:tcPr>
          <w:p>
            <w:pPr>
              <w:spacing w:after="40"/>
            </w:pPr>
            <w:r>
              <w:rPr>
                <w:sz w:val="20"/>
              </w:rPr>
            </w:r>
          </w:p>
        </w:tc>
      </w:tr>
      <w:tr>
        <w:tc>
          <w:tcPr>
            <w:tcW w:type="dxa" w:w="3969"/>
          </w:tcPr>
          <w:p>
            <w:pPr>
              <w:spacing w:after="40"/>
            </w:pPr>
            <w:r>
              <w:rPr>
                <w:sz w:val="20"/>
              </w:rPr>
              <w:t>Validation</w:t>
            </w:r>
          </w:p>
        </w:tc>
        <w:tc>
          <w:tcPr>
            <w:tcW w:type="dxa" w:w="5102"/>
          </w:tcPr>
          <w:p>
            <w:pPr>
              <w:spacing w:after="40"/>
            </w:pPr>
            <w:r>
              <w:rPr>
                <w:sz w:val="20"/>
              </w:rPr>
            </w:r>
          </w:p>
        </w:tc>
      </w:tr>
      <w:tr>
        <w:tc>
          <w:tcPr>
            <w:tcW w:type="dxa" w:w="3969"/>
          </w:tcPr>
          <w:p>
            <w:pPr>
              <w:spacing w:after="40"/>
            </w:pPr>
            <w:r>
              <w:rPr>
                <w:sz w:val="20"/>
              </w:rPr>
              <w:t>Visualization</w:t>
            </w:r>
          </w:p>
        </w:tc>
        <w:tc>
          <w:tcPr>
            <w:tcW w:type="dxa" w:w="5102"/>
          </w:tcPr>
          <w:p>
            <w:pPr>
              <w:spacing w:after="40"/>
            </w:pPr>
            <w:r>
              <w:rPr>
                <w:sz w:val="20"/>
              </w:rPr>
            </w:r>
          </w:p>
        </w:tc>
      </w:tr>
      <w:tr>
        <w:tc>
          <w:tcPr>
            <w:tcW w:type="dxa" w:w="3969"/>
          </w:tcPr>
          <w:p>
            <w:pPr>
              <w:spacing w:after="40"/>
            </w:pPr>
            <w:r>
              <w:rPr>
                <w:sz w:val="20"/>
              </w:rPr>
              <w:t>Writing – original draft</w:t>
            </w:r>
          </w:p>
        </w:tc>
        <w:tc>
          <w:tcPr>
            <w:tcW w:type="dxa" w:w="5102"/>
          </w:tcPr>
          <w:p>
            <w:pPr>
              <w:spacing w:after="40"/>
            </w:pPr>
            <w:r>
              <w:rPr>
                <w:sz w:val="20"/>
              </w:rPr>
            </w:r>
          </w:p>
        </w:tc>
      </w:tr>
      <w:tr>
        <w:tc>
          <w:tcPr>
            <w:tcW w:type="dxa" w:w="3969"/>
          </w:tcPr>
          <w:p>
            <w:pPr>
              <w:spacing w:after="40"/>
            </w:pPr>
            <w:r>
              <w:rPr>
                <w:sz w:val="20"/>
              </w:rPr>
              <w:t>Writing – review &amp; editing</w:t>
            </w:r>
          </w:p>
        </w:tc>
        <w:tc>
          <w:tcPr>
            <w:tcW w:type="dxa" w:w="5102"/>
          </w:tcPr>
          <w:p>
            <w:pPr>
              <w:spacing w:after="40"/>
            </w:pPr>
            <w:r>
              <w:rPr>
                <w:sz w:val="20"/>
              </w:rPr>
            </w:r>
          </w:p>
        </w:tc>
      </w:tr>
    </w:tbl>
    <w:p/>
    <w:p>
      <w:r>
        <w:rPr>
          <w:b w:val="0"/>
          <w:i w:val="0"/>
          <w:sz w:val="20"/>
        </w:rPr>
        <w:t>Optional: share of contributions (%) ...........................................................</w:t>
      </w:r>
    </w:p>
    <w:p>
      <w:pPr>
        <w:pStyle w:val="Heading2"/>
      </w:pPr>
      <w:r>
        <w:t>5. Statements</w:t>
      </w:r>
    </w:p>
    <w:tbl>
      <w:tblPr>
        <w:tblStyle w:val="TableGrid"/>
        <w:tblW w:type="auto" w:w="0"/>
        <w:tblLook w:firstColumn="1" w:firstRow="1" w:lastColumn="0" w:lastRow="0" w:noHBand="0" w:noVBand="1" w:val="04A0"/>
      </w:tblPr>
      <w:tblGrid>
        <w:gridCol w:w="4536"/>
        <w:gridCol w:w="4536"/>
      </w:tblGrid>
      <w:tr>
        <w:tc>
          <w:tcPr>
            <w:tcW w:type="dxa" w:w="2835"/>
          </w:tcPr>
          <w:p>
            <w:pPr>
              <w:spacing w:after="40"/>
            </w:pPr>
            <w:r>
              <w:rPr>
                <w:sz w:val="20"/>
              </w:rPr>
              <w:t>Funding and Acknowledgements</w:t>
            </w:r>
          </w:p>
        </w:tc>
        <w:tc>
          <w:tcPr>
            <w:tcW w:type="dxa" w:w="6236"/>
          </w:tcPr>
          <w:p>
            <w:pPr>
              <w:spacing w:after="40"/>
            </w:pPr>
            <w:r>
              <w:rPr>
                <w:sz w:val="20"/>
              </w:rPr>
              <w:t>Funder, programme, project title and number, or “This research received no funding from any institution or organization.” Acknowledgements.</w:t>
            </w:r>
          </w:p>
        </w:tc>
      </w:tr>
      <w:tr>
        <w:tc>
          <w:tcPr>
            <w:tcW w:type="dxa" w:w="2835"/>
          </w:tcPr>
          <w:p>
            <w:pPr>
              <w:spacing w:after="40"/>
            </w:pPr>
            <w:r>
              <w:rPr>
                <w:sz w:val="20"/>
              </w:rPr>
              <w:t>Conflict of Interest</w:t>
            </w:r>
          </w:p>
        </w:tc>
        <w:tc>
          <w:tcPr>
            <w:tcW w:type="dxa" w:w="6236"/>
          </w:tcPr>
          <w:p>
            <w:pPr>
              <w:spacing w:after="40"/>
            </w:pPr>
            <w:r>
              <w:rPr>
                <w:sz w:val="20"/>
              </w:rPr>
              <w:t>“The authors declare no conflict of interest related to this work.” or a description of the conflict. State if an author is an editor or board member of the journal.</w:t>
            </w:r>
          </w:p>
        </w:tc>
      </w:tr>
      <w:tr>
        <w:tc>
          <w:tcPr>
            <w:tcW w:type="dxa" w:w="2835"/>
          </w:tcPr>
          <w:p>
            <w:pPr>
              <w:spacing w:after="40"/>
            </w:pPr>
            <w:r>
              <w:rPr>
                <w:sz w:val="20"/>
              </w:rPr>
              <w:t>Data Availability Statement</w:t>
            </w:r>
          </w:p>
        </w:tc>
        <w:tc>
          <w:tcPr>
            <w:tcW w:type="dxa" w:w="6236"/>
          </w:tcPr>
          <w:p>
            <w:pPr>
              <w:spacing w:after="40"/>
            </w:pPr>
            <w:r>
              <w:rPr>
                <w:sz w:val="20"/>
              </w:rPr>
              <w:t>Persistent link to the repository with the data, materials and code, or the reason they cannot be shared.</w:t>
            </w:r>
          </w:p>
        </w:tc>
      </w:tr>
      <w:tr>
        <w:tc>
          <w:tcPr>
            <w:tcW w:type="dxa" w:w="2835"/>
          </w:tcPr>
          <w:p>
            <w:pPr>
              <w:spacing w:after="40"/>
            </w:pPr>
            <w:r>
              <w:rPr>
                <w:sz w:val="20"/>
              </w:rPr>
              <w:t>Use of Artificial Intelligence</w:t>
            </w:r>
          </w:p>
        </w:tc>
        <w:tc>
          <w:tcPr>
            <w:tcW w:type="dxa" w:w="6236"/>
          </w:tcPr>
          <w:p>
            <w:pPr>
              <w:spacing w:after="40"/>
            </w:pPr>
            <w:r>
              <w:rPr>
                <w:sz w:val="20"/>
              </w:rPr>
              <w:t>Tool, version and purpose, or “Not used.”</w:t>
            </w:r>
          </w:p>
        </w:tc>
      </w:tr>
    </w:tbl>
    <w:p/>
    <w:p>
      <w:pPr>
        <w:pStyle w:val="Heading2"/>
      </w:pPr>
      <w:r>
        <w:t>6. Confirmation</w:t>
      </w:r>
    </w:p>
    <w:p>
      <w:pPr>
        <w:spacing w:after="80"/>
        <w:ind w:left="454" w:hanging="454"/>
      </w:pPr>
      <w:r>
        <w:rPr>
          <w:b w:val="0"/>
          <w:i w:val="0"/>
        </w:rPr>
        <w:t>☐</w:t>
        <w:tab/>
        <w:t>The article is original, has not been published elsewhere and is not under review at another journal.</w:t>
      </w:r>
    </w:p>
    <w:p>
      <w:pPr>
        <w:spacing w:after="80"/>
        <w:ind w:left="454" w:hanging="454"/>
      </w:pPr>
      <w:r>
        <w:rPr>
          <w:b w:val="0"/>
          <w:i w:val="0"/>
        </w:rPr>
        <w:t>☐</w:t>
        <w:tab/>
        <w:t>All authors have read and approved the submitted version; everyone listed as an author meets the authorship criteria.</w:t>
      </w:r>
    </w:p>
    <w:p>
      <w:pPr>
        <w:spacing w:after="80"/>
        <w:ind w:left="454" w:hanging="454"/>
      </w:pPr>
      <w:r>
        <w:rPr>
          <w:b w:val="0"/>
          <w:i w:val="0"/>
        </w:rPr>
        <w:t>☐</w:t>
        <w:tab/>
        <w:t>We have read and accept the journal’s research and publication ethics and artificial intelligence policies.</w:t>
      </w:r>
    </w:p>
    <w:p>
      <w:pPr>
        <w:spacing w:after="80"/>
        <w:ind w:left="454" w:hanging="454"/>
      </w:pPr>
      <w:r>
        <w:rPr>
          <w:b w:val="0"/>
          <w:i w:val="0"/>
        </w:rPr>
        <w:t>☐</w:t>
        <w:tab/>
        <w:t>We agree that, if accepted, the article will be published under the CC BY 4.0 licence; copyright remains with the authors.</w:t>
      </w:r>
    </w:p>
    <w:p/>
    <w:p>
      <w:r>
        <w:rPr>
          <w:b w:val="0"/>
          <w:i w:val="0"/>
        </w:rPr>
        <w:t>Corresponding author: ...........................................     Date: ....................</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95959"/>
        <w:sz w:val="18"/>
      </w:rPr>
      <w:t>nesnedergisi.com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8"/>
      </w:rPr>
      <w:t>Nesne Psikoloji Dergisi / Nesne Journal of Psychology · e-ISSN 2147-6489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Calibri" w:hAnsi="Calibri" w:eastAsia="Calibri" w:cs="Calibri"/>
      <w:b/>
      <w:bCs/>
      <w:i w:val="0"/>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Calibri" w:hAnsi="Calibri" w:eastAsia="Calibri" w:cs="Calibri"/>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Calibri" w:hAnsi="Calibri" w:eastAsia="Calibri" w:cs="Calibri"/>
      <w:b/>
      <w:bCs/>
      <w:i/>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jc w:val="center"/>
    </w:pPr>
    <w:rPr>
      <w:rFonts w:ascii="Calibri" w:hAnsi="Calibri" w:eastAsia="Calibri" w:cs="Calibri"/>
      <w:b/>
      <w:i w:val="0"/>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